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5CB94" w14:textId="466E7B10" w:rsidR="00944F8F" w:rsidRPr="00944F8F" w:rsidRDefault="00944F8F" w:rsidP="002101F0">
      <w:pPr>
        <w:jc w:val="both"/>
        <w:rPr>
          <w:rFonts w:ascii="Arial" w:eastAsia="Arial" w:hAnsi="Arial" w:cs="Arial"/>
          <w:i/>
          <w:iCs/>
          <w:lang w:val="it-IT"/>
        </w:rPr>
      </w:pPr>
      <w:r>
        <w:rPr>
          <w:rFonts w:ascii="Arial" w:eastAsia="Arial" w:hAnsi="Arial" w:cs="Arial"/>
          <w:b/>
          <w:bCs/>
          <w:lang w:val="it-IT"/>
        </w:rPr>
        <w:tab/>
      </w:r>
      <w:r>
        <w:rPr>
          <w:rFonts w:ascii="Arial" w:eastAsia="Arial" w:hAnsi="Arial" w:cs="Arial"/>
          <w:b/>
          <w:bCs/>
          <w:lang w:val="it-IT"/>
        </w:rPr>
        <w:tab/>
      </w:r>
      <w:r>
        <w:rPr>
          <w:rFonts w:ascii="Arial" w:eastAsia="Arial" w:hAnsi="Arial" w:cs="Arial"/>
          <w:b/>
          <w:bCs/>
          <w:lang w:val="it-IT"/>
        </w:rPr>
        <w:tab/>
      </w:r>
      <w:r>
        <w:rPr>
          <w:rFonts w:ascii="Arial" w:eastAsia="Arial" w:hAnsi="Arial" w:cs="Arial"/>
          <w:b/>
          <w:bCs/>
          <w:lang w:val="it-IT"/>
        </w:rPr>
        <w:tab/>
      </w:r>
      <w:r>
        <w:rPr>
          <w:rFonts w:ascii="Arial" w:eastAsia="Arial" w:hAnsi="Arial" w:cs="Arial"/>
          <w:b/>
          <w:bCs/>
          <w:lang w:val="it-IT"/>
        </w:rPr>
        <w:tab/>
      </w:r>
      <w:r>
        <w:rPr>
          <w:rFonts w:ascii="Arial" w:eastAsia="Arial" w:hAnsi="Arial" w:cs="Arial"/>
          <w:b/>
          <w:bCs/>
          <w:lang w:val="it-IT"/>
        </w:rPr>
        <w:tab/>
      </w:r>
      <w:r>
        <w:rPr>
          <w:rFonts w:ascii="Arial" w:eastAsia="Arial" w:hAnsi="Arial" w:cs="Arial"/>
          <w:b/>
          <w:bCs/>
          <w:lang w:val="it-IT"/>
        </w:rPr>
        <w:tab/>
      </w:r>
      <w:r>
        <w:rPr>
          <w:rFonts w:ascii="Arial" w:eastAsia="Arial" w:hAnsi="Arial" w:cs="Arial"/>
          <w:b/>
          <w:bCs/>
          <w:lang w:val="it-IT"/>
        </w:rPr>
        <w:tab/>
      </w:r>
      <w:r>
        <w:rPr>
          <w:rFonts w:ascii="Arial" w:eastAsia="Arial" w:hAnsi="Arial" w:cs="Arial"/>
          <w:b/>
          <w:bCs/>
          <w:lang w:val="it-IT"/>
        </w:rPr>
        <w:tab/>
      </w:r>
      <w:r>
        <w:rPr>
          <w:rFonts w:ascii="Arial" w:eastAsia="Arial" w:hAnsi="Arial" w:cs="Arial"/>
          <w:b/>
          <w:bCs/>
          <w:lang w:val="it-IT"/>
        </w:rPr>
        <w:tab/>
      </w:r>
    </w:p>
    <w:p w14:paraId="6EC1E01D" w14:textId="77777777" w:rsidR="00944F8F" w:rsidRDefault="00944F8F" w:rsidP="002101F0">
      <w:pPr>
        <w:jc w:val="both"/>
        <w:rPr>
          <w:rFonts w:ascii="Arial" w:eastAsia="Arial" w:hAnsi="Arial" w:cs="Arial"/>
          <w:b/>
          <w:bCs/>
          <w:lang w:val="it-IT"/>
        </w:rPr>
      </w:pPr>
    </w:p>
    <w:p w14:paraId="3944E8CC" w14:textId="77777777" w:rsidR="00944F8F" w:rsidRDefault="00944F8F" w:rsidP="002101F0">
      <w:pPr>
        <w:jc w:val="both"/>
        <w:rPr>
          <w:rFonts w:ascii="Arial" w:eastAsia="Arial" w:hAnsi="Arial" w:cs="Arial"/>
          <w:b/>
          <w:bCs/>
          <w:lang w:val="it-IT"/>
        </w:rPr>
      </w:pPr>
    </w:p>
    <w:p w14:paraId="7DFFF659" w14:textId="1EBFA5B6" w:rsidR="697CC85A" w:rsidRPr="00110CBA" w:rsidRDefault="697CC85A" w:rsidP="002101F0">
      <w:pPr>
        <w:jc w:val="both"/>
        <w:rPr>
          <w:rFonts w:ascii="Arial" w:hAnsi="Arial" w:cs="Arial"/>
          <w:b/>
          <w:bCs/>
          <w:lang w:val="it-IT"/>
        </w:rPr>
      </w:pPr>
      <w:r w:rsidRPr="00110CBA">
        <w:rPr>
          <w:rFonts w:ascii="Arial" w:eastAsia="Arial" w:hAnsi="Arial" w:cs="Arial"/>
          <w:b/>
          <w:bCs/>
          <w:lang w:val="it-IT"/>
        </w:rPr>
        <w:t>DOMANDA DI AMMISSIONE ALLA PROCEDURA SELETTIVA PER PROGRESSIONE TRA LE AREE PER LA COPERTURA DI N. 1 POSTO NELL’AREA DEI FUNZIONARI AD ELEVATA QUALIFICAZIONE</w:t>
      </w:r>
      <w:r w:rsidRPr="00110CBA">
        <w:rPr>
          <w:rFonts w:ascii="Arial" w:hAnsi="Arial" w:cs="Arial"/>
          <w:b/>
          <w:bCs/>
          <w:lang w:val="it-IT"/>
        </w:rPr>
        <w:t xml:space="preserve"> </w:t>
      </w:r>
    </w:p>
    <w:p w14:paraId="0E8038AC" w14:textId="77777777" w:rsidR="005D164F" w:rsidRDefault="00000000" w:rsidP="005D164F">
      <w:pPr>
        <w:ind w:left="4320"/>
        <w:rPr>
          <w:rFonts w:ascii="Arial" w:hAnsi="Arial" w:cs="Arial"/>
          <w:lang w:val="it-IT"/>
        </w:rPr>
      </w:pPr>
      <w:r w:rsidRPr="002101F0">
        <w:rPr>
          <w:rFonts w:ascii="Arial" w:hAnsi="Arial" w:cs="Arial"/>
          <w:lang w:val="it-IT"/>
        </w:rPr>
        <w:br/>
      </w:r>
    </w:p>
    <w:p w14:paraId="7DE7B242" w14:textId="3CAE8710" w:rsidR="005D164F" w:rsidRDefault="00000000" w:rsidP="005D164F">
      <w:pPr>
        <w:ind w:left="4320"/>
        <w:rPr>
          <w:rFonts w:ascii="Arial" w:hAnsi="Arial" w:cs="Arial"/>
          <w:lang w:val="it-IT"/>
        </w:rPr>
      </w:pPr>
      <w:r w:rsidRPr="002101F0">
        <w:rPr>
          <w:rFonts w:ascii="Arial" w:hAnsi="Arial" w:cs="Arial"/>
          <w:lang w:val="it-IT"/>
        </w:rPr>
        <w:br/>
      </w:r>
      <w:r w:rsidR="60D03D4D" w:rsidRPr="002101F0">
        <w:rPr>
          <w:rFonts w:ascii="Arial" w:hAnsi="Arial" w:cs="Arial"/>
          <w:lang w:val="it-IT"/>
        </w:rPr>
        <w:t xml:space="preserve">Al Direttore </w:t>
      </w:r>
    </w:p>
    <w:p w14:paraId="573D3F62" w14:textId="2F7D886E" w:rsidR="005D164F" w:rsidRDefault="60D03D4D" w:rsidP="005D164F">
      <w:pPr>
        <w:ind w:left="4320"/>
        <w:rPr>
          <w:rFonts w:ascii="Arial" w:hAnsi="Arial" w:cs="Arial"/>
          <w:lang w:val="it-IT"/>
        </w:rPr>
      </w:pPr>
      <w:r w:rsidRPr="002101F0">
        <w:rPr>
          <w:rFonts w:ascii="Arial" w:hAnsi="Arial" w:cs="Arial"/>
          <w:lang w:val="it-IT"/>
        </w:rPr>
        <w:t>della Destinazione Turistica Emilia</w:t>
      </w:r>
    </w:p>
    <w:p w14:paraId="18289B45" w14:textId="3C8B7020" w:rsidR="00654E0D" w:rsidRPr="005D164F" w:rsidRDefault="005D164F" w:rsidP="005D164F">
      <w:pPr>
        <w:ind w:left="3600" w:firstLine="720"/>
        <w:rPr>
          <w:rFonts w:ascii="Arial" w:hAnsi="Arial" w:cs="Arial"/>
          <w:i/>
          <w:iCs/>
          <w:lang w:val="it-IT"/>
        </w:rPr>
      </w:pPr>
      <w:r w:rsidRPr="005D164F">
        <w:rPr>
          <w:rFonts w:ascii="Arial" w:hAnsi="Arial" w:cs="Arial"/>
          <w:i/>
          <w:iCs/>
          <w:lang w:val="it-IT"/>
        </w:rPr>
        <w:t>PEC protocollo.dtemilia@pec.it</w:t>
      </w:r>
      <w:r w:rsidRPr="005D164F">
        <w:rPr>
          <w:rFonts w:ascii="Arial" w:hAnsi="Arial" w:cs="Arial"/>
          <w:i/>
          <w:iCs/>
          <w:lang w:val="it-IT"/>
        </w:rPr>
        <w:br/>
      </w:r>
    </w:p>
    <w:p w14:paraId="7864209B" w14:textId="68D95D49" w:rsidR="00654E0D" w:rsidRDefault="00000000" w:rsidP="00654E0D">
      <w:pPr>
        <w:rPr>
          <w:rFonts w:ascii="Arial" w:hAnsi="Arial" w:cs="Arial"/>
          <w:b/>
          <w:bCs/>
          <w:lang w:val="it-IT"/>
        </w:rPr>
      </w:pPr>
      <w:r w:rsidRPr="002101F0">
        <w:rPr>
          <w:rFonts w:ascii="Arial" w:hAnsi="Arial" w:cs="Arial"/>
          <w:lang w:val="it-IT"/>
        </w:rPr>
        <w:br/>
      </w:r>
      <w:r w:rsidR="60D03D4D" w:rsidRPr="002101F0">
        <w:rPr>
          <w:rFonts w:ascii="Arial" w:hAnsi="Arial" w:cs="Arial"/>
          <w:lang w:val="it-IT"/>
        </w:rPr>
        <w:t>Il/la sottoscritto/a</w:t>
      </w:r>
      <w:r w:rsidRPr="002101F0">
        <w:rPr>
          <w:rFonts w:ascii="Arial" w:hAnsi="Arial" w:cs="Arial"/>
          <w:lang w:val="it-IT"/>
        </w:rPr>
        <w:br/>
      </w:r>
      <w:r w:rsidR="60D03D4D" w:rsidRPr="002101F0">
        <w:rPr>
          <w:rFonts w:ascii="Arial" w:hAnsi="Arial" w:cs="Arial"/>
          <w:lang w:val="it-IT"/>
        </w:rPr>
        <w:t>Nome __________ Cognome __________</w:t>
      </w:r>
      <w:r w:rsidRPr="002101F0">
        <w:rPr>
          <w:rFonts w:ascii="Arial" w:hAnsi="Arial" w:cs="Arial"/>
          <w:lang w:val="it-IT"/>
        </w:rPr>
        <w:br/>
      </w:r>
      <w:r w:rsidR="60D03D4D" w:rsidRPr="002101F0">
        <w:rPr>
          <w:rFonts w:ascii="Arial" w:hAnsi="Arial" w:cs="Arial"/>
          <w:lang w:val="it-IT"/>
        </w:rPr>
        <w:t>Codice fiscale __________</w:t>
      </w:r>
      <w:r w:rsidRPr="002101F0">
        <w:rPr>
          <w:rFonts w:ascii="Arial" w:hAnsi="Arial" w:cs="Arial"/>
          <w:lang w:val="it-IT"/>
        </w:rPr>
        <w:br/>
      </w:r>
      <w:r w:rsidR="60D03D4D" w:rsidRPr="002101F0">
        <w:rPr>
          <w:rFonts w:ascii="Arial" w:hAnsi="Arial" w:cs="Arial"/>
          <w:lang w:val="it-IT"/>
        </w:rPr>
        <w:t>Area di inquadramento __________</w:t>
      </w:r>
      <w:r w:rsidRPr="002101F0">
        <w:rPr>
          <w:rFonts w:ascii="Arial" w:hAnsi="Arial" w:cs="Arial"/>
          <w:lang w:val="it-IT"/>
        </w:rPr>
        <w:br/>
      </w:r>
      <w:r w:rsidR="60D03D4D" w:rsidRPr="002101F0">
        <w:rPr>
          <w:rFonts w:ascii="Arial" w:hAnsi="Arial" w:cs="Arial"/>
          <w:lang w:val="it-IT"/>
        </w:rPr>
        <w:t>Profilo professionale __________</w:t>
      </w:r>
      <w:r w:rsidRPr="002101F0">
        <w:rPr>
          <w:rFonts w:ascii="Arial" w:hAnsi="Arial" w:cs="Arial"/>
          <w:lang w:val="it-IT"/>
        </w:rPr>
        <w:br/>
      </w:r>
      <w:r w:rsidRPr="002101F0">
        <w:rPr>
          <w:rFonts w:ascii="Arial" w:hAnsi="Arial" w:cs="Arial"/>
          <w:lang w:val="it-IT"/>
        </w:rPr>
        <w:br/>
      </w:r>
    </w:p>
    <w:p w14:paraId="29ACCAB7" w14:textId="77777777" w:rsidR="00654E0D" w:rsidRDefault="00654E0D" w:rsidP="00654E0D">
      <w:pPr>
        <w:rPr>
          <w:rFonts w:ascii="Arial" w:hAnsi="Arial" w:cs="Arial"/>
          <w:b/>
          <w:bCs/>
          <w:lang w:val="it-IT"/>
        </w:rPr>
      </w:pPr>
    </w:p>
    <w:p w14:paraId="7183D3A0" w14:textId="77777777" w:rsidR="00654E0D" w:rsidRDefault="60D03D4D" w:rsidP="00654E0D">
      <w:pPr>
        <w:jc w:val="center"/>
        <w:rPr>
          <w:rFonts w:ascii="Arial" w:hAnsi="Arial" w:cs="Arial"/>
          <w:b/>
          <w:bCs/>
          <w:lang w:val="it-IT"/>
        </w:rPr>
      </w:pPr>
      <w:r w:rsidRPr="00654E0D">
        <w:rPr>
          <w:rFonts w:ascii="Arial" w:hAnsi="Arial" w:cs="Arial"/>
          <w:b/>
          <w:bCs/>
          <w:lang w:val="it-IT"/>
        </w:rPr>
        <w:t>CHIEDE</w:t>
      </w:r>
    </w:p>
    <w:p w14:paraId="4116559D" w14:textId="6CBD2691" w:rsidR="00654E0D" w:rsidRDefault="00000000" w:rsidP="00654E0D">
      <w:pPr>
        <w:rPr>
          <w:rFonts w:ascii="Arial" w:hAnsi="Arial" w:cs="Arial"/>
          <w:lang w:val="it-IT"/>
        </w:rPr>
      </w:pPr>
      <w:r w:rsidRPr="002101F0">
        <w:rPr>
          <w:rFonts w:ascii="Arial" w:hAnsi="Arial" w:cs="Arial"/>
          <w:lang w:val="it-IT"/>
        </w:rPr>
        <w:br/>
      </w:r>
      <w:r w:rsidR="60D03D4D" w:rsidRPr="002101F0">
        <w:rPr>
          <w:rFonts w:ascii="Arial" w:hAnsi="Arial" w:cs="Arial"/>
          <w:lang w:val="it-IT"/>
        </w:rPr>
        <w:t>Di partecipare alla procedura selettiva per progressione tra le aree</w:t>
      </w:r>
      <w:r w:rsidR="005D164F">
        <w:rPr>
          <w:rFonts w:ascii="Arial" w:hAnsi="Arial" w:cs="Arial"/>
          <w:lang w:val="it-IT"/>
        </w:rPr>
        <w:t xml:space="preserve"> – riferimento prot. n. _____</w:t>
      </w:r>
      <w:proofErr w:type="gramStart"/>
      <w:r w:rsidR="005D164F">
        <w:rPr>
          <w:rFonts w:ascii="Arial" w:hAnsi="Arial" w:cs="Arial"/>
          <w:lang w:val="it-IT"/>
        </w:rPr>
        <w:t>_  del</w:t>
      </w:r>
      <w:proofErr w:type="gramEnd"/>
      <w:r w:rsidR="005D164F">
        <w:rPr>
          <w:rFonts w:ascii="Arial" w:hAnsi="Arial" w:cs="Arial"/>
          <w:lang w:val="it-IT"/>
        </w:rPr>
        <w:t xml:space="preserve"> ______</w:t>
      </w:r>
      <w:r w:rsidRPr="002101F0">
        <w:rPr>
          <w:rFonts w:ascii="Arial" w:hAnsi="Arial" w:cs="Arial"/>
          <w:lang w:val="it-IT"/>
        </w:rPr>
        <w:br/>
      </w:r>
    </w:p>
    <w:p w14:paraId="51906BDB" w14:textId="2C868E85" w:rsidR="00654E0D" w:rsidRPr="00654E0D" w:rsidRDefault="00000000" w:rsidP="00654E0D">
      <w:pPr>
        <w:jc w:val="center"/>
        <w:rPr>
          <w:rFonts w:ascii="Arial" w:hAnsi="Arial" w:cs="Arial"/>
          <w:b/>
          <w:bCs/>
          <w:lang w:val="it-IT"/>
        </w:rPr>
      </w:pPr>
      <w:r w:rsidRPr="002101F0">
        <w:rPr>
          <w:rFonts w:ascii="Arial" w:hAnsi="Arial" w:cs="Arial"/>
          <w:lang w:val="it-IT"/>
        </w:rPr>
        <w:br/>
      </w:r>
      <w:r w:rsidR="60D03D4D" w:rsidRPr="00654E0D">
        <w:rPr>
          <w:rFonts w:ascii="Arial" w:hAnsi="Arial" w:cs="Arial"/>
          <w:b/>
          <w:bCs/>
          <w:lang w:val="it-IT"/>
        </w:rPr>
        <w:t>DICHIARA</w:t>
      </w:r>
    </w:p>
    <w:p w14:paraId="69AA8D49" w14:textId="695A8AEC" w:rsidR="00654E0D" w:rsidRPr="00654E0D" w:rsidRDefault="00000000" w:rsidP="00654E0D">
      <w:pPr>
        <w:rPr>
          <w:rFonts w:ascii="Arial" w:hAnsi="Arial" w:cs="Arial"/>
          <w:lang w:val="it-IT"/>
        </w:rPr>
      </w:pPr>
      <w:r w:rsidRPr="002101F0">
        <w:rPr>
          <w:rFonts w:ascii="Arial" w:hAnsi="Arial" w:cs="Arial"/>
          <w:lang w:val="it-IT"/>
        </w:rPr>
        <w:br/>
      </w:r>
      <w:r w:rsidR="60D03D4D" w:rsidRPr="002101F0">
        <w:rPr>
          <w:rFonts w:ascii="Arial" w:hAnsi="Arial" w:cs="Arial"/>
          <w:lang w:val="it-IT"/>
        </w:rPr>
        <w:t>- di essere dipendente a tempo indeterminat</w:t>
      </w:r>
      <w:r w:rsidR="227CA36A" w:rsidRPr="002101F0">
        <w:rPr>
          <w:rFonts w:ascii="Arial" w:hAnsi="Arial" w:cs="Arial"/>
          <w:lang w:val="it-IT"/>
        </w:rPr>
        <w:t>o presso destinazione Turistica Emilia</w:t>
      </w:r>
      <w:r w:rsidR="60D03D4D" w:rsidRPr="002101F0">
        <w:rPr>
          <w:rFonts w:ascii="Arial" w:hAnsi="Arial" w:cs="Arial"/>
          <w:lang w:val="it-IT"/>
        </w:rPr>
        <w:t>;</w:t>
      </w:r>
      <w:r w:rsidRPr="002101F0">
        <w:rPr>
          <w:rFonts w:ascii="Arial" w:hAnsi="Arial" w:cs="Arial"/>
          <w:lang w:val="it-IT"/>
        </w:rPr>
        <w:br/>
      </w:r>
      <w:r w:rsidR="60D03D4D" w:rsidRPr="002101F0">
        <w:rPr>
          <w:rFonts w:ascii="Arial" w:hAnsi="Arial" w:cs="Arial"/>
          <w:lang w:val="it-IT"/>
        </w:rPr>
        <w:t>- di possedere i requisiti previsti dall</w:t>
      </w:r>
      <w:r w:rsidR="492198E0" w:rsidRPr="002101F0">
        <w:rPr>
          <w:rFonts w:ascii="Arial" w:hAnsi="Arial" w:cs="Arial"/>
          <w:lang w:val="it-IT"/>
        </w:rPr>
        <w:t>’</w:t>
      </w:r>
      <w:r w:rsidR="60D03D4D" w:rsidRPr="002101F0">
        <w:rPr>
          <w:rFonts w:ascii="Arial" w:hAnsi="Arial" w:cs="Arial"/>
          <w:lang w:val="it-IT"/>
        </w:rPr>
        <w:t>avviso;</w:t>
      </w:r>
      <w:r w:rsidRPr="002101F0">
        <w:rPr>
          <w:rFonts w:ascii="Arial" w:hAnsi="Arial" w:cs="Arial"/>
          <w:lang w:val="it-IT"/>
        </w:rPr>
        <w:br/>
      </w:r>
      <w:r w:rsidR="60D03D4D" w:rsidRPr="002101F0">
        <w:rPr>
          <w:rFonts w:ascii="Arial" w:hAnsi="Arial" w:cs="Arial"/>
          <w:lang w:val="it-IT"/>
        </w:rPr>
        <w:t>- di non avere cause ostative alla partecipazione;</w:t>
      </w:r>
      <w:r w:rsidRPr="002101F0">
        <w:rPr>
          <w:rFonts w:ascii="Arial" w:hAnsi="Arial" w:cs="Arial"/>
          <w:lang w:val="it-IT"/>
        </w:rPr>
        <w:br/>
      </w:r>
      <w:r w:rsidR="60D03D4D" w:rsidRPr="002101F0">
        <w:rPr>
          <w:rFonts w:ascii="Arial" w:hAnsi="Arial" w:cs="Arial"/>
          <w:lang w:val="it-IT"/>
        </w:rPr>
        <w:t xml:space="preserve">- </w:t>
      </w:r>
      <w:r w:rsidR="00654E0D" w:rsidRPr="00654E0D">
        <w:rPr>
          <w:rFonts w:ascii="Arial" w:hAnsi="Arial" w:cs="Arial"/>
          <w:lang w:val="it-IT"/>
        </w:rPr>
        <w:t>di attestare, sotto la propria responsabilità, la veridicità e completezza delle informazioni riportate nel curriculum vitae allegato.</w:t>
      </w:r>
    </w:p>
    <w:p w14:paraId="6B3FA21A" w14:textId="10DF44F3" w:rsidR="00110CBA" w:rsidRDefault="00000000" w:rsidP="00654E0D">
      <w:pPr>
        <w:rPr>
          <w:rFonts w:ascii="Arial" w:hAnsi="Arial" w:cs="Arial"/>
          <w:lang w:val="it-IT"/>
        </w:rPr>
      </w:pPr>
      <w:r w:rsidRPr="002101F0">
        <w:rPr>
          <w:rFonts w:ascii="Arial" w:hAnsi="Arial" w:cs="Arial"/>
          <w:lang w:val="it-IT"/>
        </w:rPr>
        <w:br/>
      </w:r>
      <w:r w:rsidRPr="002101F0">
        <w:rPr>
          <w:rFonts w:ascii="Arial" w:hAnsi="Arial" w:cs="Arial"/>
          <w:lang w:val="it-IT"/>
        </w:rPr>
        <w:br/>
      </w:r>
      <w:r w:rsidRPr="002101F0">
        <w:rPr>
          <w:rFonts w:ascii="Arial" w:hAnsi="Arial" w:cs="Arial"/>
          <w:lang w:val="it-IT"/>
        </w:rPr>
        <w:br/>
      </w:r>
      <w:r w:rsidR="60D03D4D" w:rsidRPr="002101F0">
        <w:rPr>
          <w:rFonts w:ascii="Arial" w:hAnsi="Arial" w:cs="Arial"/>
          <w:lang w:val="it-IT"/>
        </w:rPr>
        <w:t>ALLEGATI</w:t>
      </w:r>
      <w:r w:rsidRPr="002101F0">
        <w:rPr>
          <w:rFonts w:ascii="Arial" w:hAnsi="Arial" w:cs="Arial"/>
          <w:lang w:val="it-IT"/>
        </w:rPr>
        <w:br/>
      </w:r>
      <w:r w:rsidR="60D03D4D" w:rsidRPr="002101F0">
        <w:rPr>
          <w:rFonts w:ascii="Arial" w:hAnsi="Arial" w:cs="Arial"/>
          <w:lang w:val="it-IT"/>
        </w:rPr>
        <w:t>[</w:t>
      </w:r>
      <w:r w:rsidR="00110CBA">
        <w:rPr>
          <w:rFonts w:ascii="Arial" w:hAnsi="Arial" w:cs="Arial"/>
          <w:lang w:val="it-IT"/>
        </w:rPr>
        <w:t xml:space="preserve"> </w:t>
      </w:r>
      <w:r w:rsidR="60D03D4D" w:rsidRPr="002101F0">
        <w:rPr>
          <w:rFonts w:ascii="Arial" w:hAnsi="Arial" w:cs="Arial"/>
          <w:lang w:val="it-IT"/>
        </w:rPr>
        <w:t xml:space="preserve"> ] Curriculum vitae</w:t>
      </w:r>
      <w:r w:rsidRPr="002101F0">
        <w:rPr>
          <w:rFonts w:ascii="Arial" w:hAnsi="Arial" w:cs="Arial"/>
          <w:lang w:val="it-IT"/>
        </w:rPr>
        <w:br/>
      </w:r>
      <w:r w:rsidR="60D03D4D" w:rsidRPr="002101F0">
        <w:rPr>
          <w:rFonts w:ascii="Arial" w:hAnsi="Arial" w:cs="Arial"/>
          <w:lang w:val="it-IT"/>
        </w:rPr>
        <w:t xml:space="preserve">[ </w:t>
      </w:r>
      <w:r w:rsidR="00110CBA">
        <w:rPr>
          <w:rFonts w:ascii="Arial" w:hAnsi="Arial" w:cs="Arial"/>
          <w:lang w:val="it-IT"/>
        </w:rPr>
        <w:t xml:space="preserve"> </w:t>
      </w:r>
      <w:r w:rsidR="60D03D4D" w:rsidRPr="002101F0">
        <w:rPr>
          <w:rFonts w:ascii="Arial" w:hAnsi="Arial" w:cs="Arial"/>
          <w:lang w:val="it-IT"/>
        </w:rPr>
        <w:t xml:space="preserve">] Documento di </w:t>
      </w:r>
      <w:r w:rsidR="00110CBA">
        <w:rPr>
          <w:rFonts w:ascii="Arial" w:hAnsi="Arial" w:cs="Arial"/>
          <w:lang w:val="it-IT"/>
        </w:rPr>
        <w:t>identità</w:t>
      </w:r>
      <w:r w:rsidRPr="002101F0">
        <w:rPr>
          <w:rFonts w:ascii="Arial" w:hAnsi="Arial" w:cs="Arial"/>
          <w:lang w:val="it-IT"/>
        </w:rPr>
        <w:br/>
      </w:r>
      <w:r w:rsidR="60D03D4D" w:rsidRPr="002101F0">
        <w:rPr>
          <w:rFonts w:ascii="Arial" w:hAnsi="Arial" w:cs="Arial"/>
          <w:lang w:val="it-IT"/>
        </w:rPr>
        <w:t xml:space="preserve">[ </w:t>
      </w:r>
      <w:r w:rsidR="00110CBA">
        <w:rPr>
          <w:rFonts w:ascii="Arial" w:hAnsi="Arial" w:cs="Arial"/>
          <w:lang w:val="it-IT"/>
        </w:rPr>
        <w:t xml:space="preserve"> </w:t>
      </w:r>
      <w:r w:rsidR="60D03D4D" w:rsidRPr="002101F0">
        <w:rPr>
          <w:rFonts w:ascii="Arial" w:hAnsi="Arial" w:cs="Arial"/>
          <w:lang w:val="it-IT"/>
        </w:rPr>
        <w:t>] Attestati</w:t>
      </w:r>
      <w:r w:rsidRPr="002101F0">
        <w:rPr>
          <w:rFonts w:ascii="Arial" w:hAnsi="Arial" w:cs="Arial"/>
          <w:lang w:val="it-IT"/>
        </w:rPr>
        <w:br/>
      </w:r>
      <w:r w:rsidR="60D03D4D" w:rsidRPr="002101F0">
        <w:rPr>
          <w:rFonts w:ascii="Arial" w:hAnsi="Arial" w:cs="Arial"/>
          <w:lang w:val="it-IT"/>
        </w:rPr>
        <w:t xml:space="preserve">[ </w:t>
      </w:r>
      <w:r w:rsidR="00110CBA">
        <w:rPr>
          <w:rFonts w:ascii="Arial" w:hAnsi="Arial" w:cs="Arial"/>
          <w:lang w:val="it-IT"/>
        </w:rPr>
        <w:t xml:space="preserve"> </w:t>
      </w:r>
      <w:r w:rsidR="60D03D4D" w:rsidRPr="002101F0">
        <w:rPr>
          <w:rFonts w:ascii="Arial" w:hAnsi="Arial" w:cs="Arial"/>
          <w:lang w:val="it-IT"/>
        </w:rPr>
        <w:t>] Altro</w:t>
      </w:r>
      <w:r w:rsidRPr="002101F0">
        <w:rPr>
          <w:rFonts w:ascii="Arial" w:hAnsi="Arial" w:cs="Arial"/>
          <w:lang w:val="it-IT"/>
        </w:rPr>
        <w:br/>
      </w:r>
      <w:r w:rsidRPr="002101F0">
        <w:rPr>
          <w:rFonts w:ascii="Arial" w:hAnsi="Arial" w:cs="Arial"/>
          <w:lang w:val="it-IT"/>
        </w:rPr>
        <w:br/>
      </w:r>
    </w:p>
    <w:p w14:paraId="3AE28D75" w14:textId="77777777" w:rsidR="00110CBA" w:rsidRDefault="00110CBA" w:rsidP="002101F0">
      <w:pPr>
        <w:rPr>
          <w:rFonts w:ascii="Arial" w:hAnsi="Arial" w:cs="Arial"/>
          <w:lang w:val="it-IT"/>
        </w:rPr>
      </w:pPr>
    </w:p>
    <w:p w14:paraId="287872D7" w14:textId="77777777" w:rsidR="00110CBA" w:rsidRDefault="60D03D4D" w:rsidP="002101F0">
      <w:pPr>
        <w:rPr>
          <w:rFonts w:ascii="Arial" w:hAnsi="Arial" w:cs="Arial"/>
          <w:lang w:val="it-IT"/>
        </w:rPr>
      </w:pPr>
      <w:r w:rsidRPr="002101F0">
        <w:rPr>
          <w:rFonts w:ascii="Arial" w:hAnsi="Arial" w:cs="Arial"/>
          <w:lang w:val="it-IT"/>
        </w:rPr>
        <w:t>Luogo e data</w:t>
      </w:r>
      <w:r w:rsidRPr="002101F0">
        <w:rPr>
          <w:rFonts w:ascii="Arial" w:hAnsi="Arial" w:cs="Arial"/>
          <w:lang w:val="it-IT"/>
        </w:rPr>
        <w:br/>
      </w:r>
      <w:r w:rsidRPr="002101F0">
        <w:rPr>
          <w:rFonts w:ascii="Arial" w:hAnsi="Arial" w:cs="Arial"/>
          <w:lang w:val="it-IT"/>
        </w:rPr>
        <w:br/>
      </w:r>
    </w:p>
    <w:p w14:paraId="6B482147" w14:textId="4B21F14A" w:rsidR="00C91CCE" w:rsidRPr="002101F0" w:rsidRDefault="60D03D4D" w:rsidP="002101F0">
      <w:pPr>
        <w:rPr>
          <w:rFonts w:ascii="Arial" w:hAnsi="Arial" w:cs="Arial"/>
          <w:lang w:val="it-IT"/>
        </w:rPr>
      </w:pPr>
      <w:r w:rsidRPr="002101F0">
        <w:rPr>
          <w:rFonts w:ascii="Arial" w:hAnsi="Arial" w:cs="Arial"/>
          <w:lang w:val="it-IT"/>
        </w:rPr>
        <w:t>Firma</w:t>
      </w:r>
    </w:p>
    <w:sectPr w:rsidR="00C91CCE" w:rsidRPr="002101F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74993040">
    <w:abstractNumId w:val="8"/>
  </w:num>
  <w:num w:numId="2" w16cid:durableId="158734412">
    <w:abstractNumId w:val="6"/>
  </w:num>
  <w:num w:numId="3" w16cid:durableId="1404179349">
    <w:abstractNumId w:val="5"/>
  </w:num>
  <w:num w:numId="4" w16cid:durableId="563370130">
    <w:abstractNumId w:val="4"/>
  </w:num>
  <w:num w:numId="5" w16cid:durableId="432823647">
    <w:abstractNumId w:val="7"/>
  </w:num>
  <w:num w:numId="6" w16cid:durableId="1267887126">
    <w:abstractNumId w:val="3"/>
  </w:num>
  <w:num w:numId="7" w16cid:durableId="1108281393">
    <w:abstractNumId w:val="2"/>
  </w:num>
  <w:num w:numId="8" w16cid:durableId="758327675">
    <w:abstractNumId w:val="1"/>
  </w:num>
  <w:num w:numId="9" w16cid:durableId="1082987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0CBA"/>
    <w:rsid w:val="0015074B"/>
    <w:rsid w:val="002101F0"/>
    <w:rsid w:val="0029639D"/>
    <w:rsid w:val="00326F90"/>
    <w:rsid w:val="005D164F"/>
    <w:rsid w:val="00654E0D"/>
    <w:rsid w:val="0083228F"/>
    <w:rsid w:val="00886BBB"/>
    <w:rsid w:val="008A0F02"/>
    <w:rsid w:val="008B5F85"/>
    <w:rsid w:val="009053AA"/>
    <w:rsid w:val="00944F8F"/>
    <w:rsid w:val="00A01B91"/>
    <w:rsid w:val="00AA1D8D"/>
    <w:rsid w:val="00B47730"/>
    <w:rsid w:val="00C91CCE"/>
    <w:rsid w:val="00CB0664"/>
    <w:rsid w:val="00E008A3"/>
    <w:rsid w:val="00FC693F"/>
    <w:rsid w:val="227CA36A"/>
    <w:rsid w:val="40151D6B"/>
    <w:rsid w:val="492198E0"/>
    <w:rsid w:val="60D03D4D"/>
    <w:rsid w:val="697CC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119030D9-7E26-4DB9-9366-D1B9058DD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Manager/>
  <Company/>
  <LinksUpToDate>false</LinksUpToDate>
  <CharactersWithSpaces>970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Attolini Elisa</dc:creator>
  <cp:keywords/>
  <dc:description>generated by python-docx</dc:description>
  <cp:lastModifiedBy>Stefania Spaggiari</cp:lastModifiedBy>
  <cp:revision>2</cp:revision>
  <dcterms:created xsi:type="dcterms:W3CDTF">2026-09-02T11:41:00Z</dcterms:created>
  <dcterms:modified xsi:type="dcterms:W3CDTF">2026-09-02T11:41:00Z</dcterms:modified>
  <cp:category/>
</cp:coreProperties>
</file>